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Leskelä Highland luomutila, Koirakivi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10:00-16:00 Leskelän luomutilan tilapäivä ja avoimet ovet</w:t>
      </w:r>
    </w:p>
    <w:p>
      <w:r>
        <w:t>Leskelän luomutilan avoimissa ovissa tutustut luomutilaan ja sen toimintaan.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