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Etätapaaminen, Teams</w:t>
      </w:r>
    </w:p>
    <w:p>
      <w:r>
        <w:t>25.9.2024 keskiviikko</w:t>
      </w:r>
    </w:p>
    <w:p>
      <w:pPr>
        <w:pStyle w:val="Heading1"/>
      </w:pPr>
      <w:r>
        <w:t>25.9.2024 keskiviikko</w:t>
      </w:r>
    </w:p>
    <w:p>
      <w:pPr>
        <w:pStyle w:val="Heading2"/>
      </w:pPr>
      <w:r>
        <w:t>18:00-19:15 Verkkovanhempainilta (Yhdessä vanhemmuuden tueksi -hanke, Kirkkopalvelut ja Etelä-Savon, Pohjois-Savon ja Keski-Suomen hyvinvointialueet)</w:t>
      </w:r>
    </w:p>
    <w:p>
      <w:r>
        <w:t>Ke 25.9 klo 18: Nuoret ja väkivalta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