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18.8.2024 sunnuntai</w:t>
      </w:r>
    </w:p>
    <w:p>
      <w:pPr>
        <w:pStyle w:val="Heading1"/>
      </w:pPr>
      <w:r>
        <w:t>18.8.2024 sunnuntai</w:t>
      </w:r>
    </w:p>
    <w:p>
      <w:pPr>
        <w:pStyle w:val="Heading2"/>
      </w:pPr>
      <w:r>
        <w:t>09:00-12:00 Koko perheen liikuntapäivä!</w:t>
      </w:r>
    </w:p>
    <w:p>
      <w:r>
        <w:t xml:space="preserve">Hei! Nyt kaikki nuoret, lapset, vanhemmat ja muut jotka innostuvat liikunnasta, mukaan tähän huikeaan tapahtumaan!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