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17:00-20:00 Salibandyn F-liiga LABS vs. TPS</w:t>
      </w:r>
    </w:p>
    <w:p>
      <w:r>
        <w:t>Miesten salibandyn F-liigan peli valloittaa Monitoimihalli Kisalan Mäntyareenan lauantaina 5.10.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