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18:00-19:30 Sibelius-lukion joulushow</w:t>
      </w:r>
    </w:p>
    <w:p>
      <w:r>
        <w:t>Sibelius-lukion spektaakkelimainen Joulushow saapuu jälleen Mäntyharjuun!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