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Mikkeli</w:t>
      </w:r>
    </w:p>
    <w:p>
      <w:r>
        <w:t>20.8.2024 tiistai</w:t>
      </w:r>
    </w:p>
    <w:p>
      <w:pPr>
        <w:pStyle w:val="Heading1"/>
      </w:pPr>
      <w:r>
        <w:t>20.8.2024 tiistai</w:t>
      </w:r>
    </w:p>
    <w:p>
      <w:pPr>
        <w:pStyle w:val="Heading2"/>
      </w:pPr>
      <w:r>
        <w:t>17:00-22:00 Mäntyharju ravit</w:t>
      </w:r>
    </w:p>
    <w:p>
      <w:r>
        <w:t xml:space="preserve">Mäntyharju-ravit 20.8.2024 Mikkelin raviradalla klo 18. </w:t>
      </w:r>
    </w:p>
    <w:p>
      <w:r>
        <w:t>10 euroa. Eläkeläiset ja opiskelijat 5 euroa.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