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S-market Mäntyharju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09:30-12:00 Joulumyyjäiset</w:t>
      </w:r>
    </w:p>
    <w:p>
      <w:r>
        <w:t>Mäntyharjun yhtenäiskoulun 2. luokkalaisten joulumyyjäiset la 14.12. klo 9.30 alkaen Mäntyharjun S-Marketissa.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