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12:00-15:00 💥NuoriUra Fest💥 Kesätyöt, yrittäjyys, opiskelu ja hyvinvointi</w:t>
      </w:r>
    </w:p>
    <w:p>
      <w:r>
        <w:t>NuoriUra Fest 11.2.2025. Nuorten kesätyöt, yrittäjyys, opiskelu ja hyvinvointi.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