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17:00-20:00 MäVi Edustus kotipeli</w:t>
      </w:r>
    </w:p>
    <w:p>
      <w:r>
        <w:t>Miesten Kaakkois-Suomen 2. divarin salibandya: MäVi - Hatsina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