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16:00-19:00 Hämärät markkinat</w:t>
      </w:r>
    </w:p>
    <w:p>
      <w:r>
        <w:t>Hämärät markkinat järjestetään tänäkin vuonna perjantaina 25.10. klo 16-19 iltatoritapahtuma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