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Nuorisoseurantalo</w:t>
      </w:r>
    </w:p>
    <w:p>
      <w:r>
        <w:t>14.12.2024 lauantai</w:t>
      </w:r>
    </w:p>
    <w:p>
      <w:pPr>
        <w:pStyle w:val="Heading1"/>
      </w:pPr>
      <w:r>
        <w:t>14.12.2024 lauantai</w:t>
      </w:r>
    </w:p>
    <w:p>
      <w:pPr>
        <w:pStyle w:val="Heading2"/>
      </w:pPr>
      <w:r>
        <w:t>17:00-18:45 Jouluisia kuusen kuiskeita -Runollinen sointukylpy</w:t>
      </w:r>
    </w:p>
    <w:p>
      <w:r>
        <w:t xml:space="preserve">Runollinen sointukylpy </w:t>
        <w:br/>
        <w:br/>
        <w:t>​</w:t>
      </w:r>
    </w:p>
    <w:p>
      <w:r>
        <w:t>Hinta 28€. Osallistuja saa maksutiedot ilmoittautumisen jälkeen.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