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10:00-12:00 ReissuEllu: Kehonkoostumus, puristusmittaus ja voimaharjoittelu</w:t>
      </w:r>
    </w:p>
    <w:p>
      <w:r>
        <w:t>Liikkuva palveluyksikkö ReissuEllun pysähtyy 29.10. klo 10-12 Enonkylätalolle.</w:t>
        <w:br/>
        <w:br/>
        <w:br/>
        <w:br/>
        <w:t>Teemana kehonkoostumus- ja puristusvoimamittaus.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