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6.12.2024 perjantai</w:t>
      </w:r>
    </w:p>
    <w:p>
      <w:pPr>
        <w:pStyle w:val="Heading1"/>
      </w:pPr>
      <w:r>
        <w:t>6.12.2024 perjantai</w:t>
      </w:r>
    </w:p>
    <w:p>
      <w:pPr>
        <w:pStyle w:val="Heading2"/>
      </w:pPr>
      <w:r>
        <w:t>09:00-14:00 Itsenäisyyspäivä ja Itsenäisyyspäivän juhla Kulttuurisalissa</w:t>
      </w:r>
    </w:p>
    <w:p>
      <w:r>
        <w:t>Tervetuloa juhlimaan Itsenäisyyspäivää Kulttuurisaliin perjantaina 6.12. klo 12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