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13:00-15:00 WAU 24 -näytös</w:t>
      </w:r>
    </w:p>
    <w:p>
      <w:r>
        <w:t>WAU 24 -näytös kokoaa jälleen yhteen Kisalan Mäntyareenan lavalle la 23.11.</w:t>
        <w:br/>
        <w:br/>
      </w:r>
    </w:p>
    <w:p>
      <w:r>
        <w:t xml:space="preserve">Liput (10 €) myydään ovelta. </w:t>
        <w:br/>
        <w:t>Alle 16 v. vapaa pääsy.</w:t>
        <w:br/>
        <w:br/>
        <w:t>Maksutapoina kortti, Mobilepay, käteinen, Epassi, Edenred, Smartum.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