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18:00-22:00 MäVi ​Voimistelu- ja tanssijaoston 30 v. -juhlagaala</w:t>
      </w:r>
    </w:p>
    <w:p>
      <w:r>
        <w:t>Lämpimästi tervetuloa mukaan juhlimaan Mäntyharjun Virkistyksen Voimistelu- ja tanssijaoston 30-vuotista taivalta.</w:t>
        <w:br/>
        <w:br/>
      </w:r>
    </w:p>
    <w:p>
      <w:r>
        <w:t>Illalliskortit 45 € / hlö; sis. illan ohjelma, gaalamenu &amp; alkumalja</w:t>
        <w:br/>
        <w:t>Varaukset 15.11. mennessä osoitteessa bit.ly/votagaalaliput</w:t>
        <w:br/>
        <w:t>Maksutapoina MobilePay ja lasku.</w:t>
        <w:br/>
        <w:br/>
        <w:t>Huom! Myös yhteisliput: WAU-näytös + Juhlagaala</w:t>
        <w:br/>
        <w:t>Samana lauantaina klo 13 Mäntyareenalla järjestetään myös lajien "WAU"-yhteisshow. Lavalla nähdään kaikki Voimistelu- ja tanssijaoston esiintyvät ryhmät, ja lisäksi mukana on lentopallo-, salibandy-, judo-, ja frisbeegolf-esitykset.</w:t>
        <w:br/>
        <w:br/>
        <w:t>Yhteislippu WAU-näytös + VoTa 30 -juhlagaala: 50 €</w:t>
        <w:br/>
        <w:t>Näytösliput yksittäin 10 €: alle 16 v. 0 € (myydään ovelta)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