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11:00-12:00 Perinteinen seurakunnan hirvikeittolounas</w:t>
      </w:r>
    </w:p>
    <w:p>
      <w:r>
        <w:t>PERINTEINEN HIRVIKEITTO MÄNTYHARJUN SEURAKUNTAKESKUKSESSA TO 14.11.2024 KLO 11 (Torstaikerhon yhteydessä).</w:t>
        <w:br/>
        <w:br/>
      </w:r>
    </w:p>
    <w:p>
      <w:r>
        <w:t>Vapaaehtoinen 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