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18:00-20:30 Lasten ja nuorten Halloweenkaraoke, Koirakivi</w:t>
      </w:r>
    </w:p>
    <w:p>
      <w:r>
        <w:t>Lapsille, nuorille ja koko perheelle suunnattu Halloweenkaraoke. Myös muuta halloweenaiheista ohjelmaa. Puffetissa pitsaa, limsaa, pullaa, mehua, kahvia.</w:t>
      </w:r>
    </w:p>
    <w:p>
      <w:r>
        <w:t>Ilmainen sisäänpääsy. Puffetmaksu 5€/hlö.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