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15:00-17:00 Naiskuoro Pionin Joulu, vieraana Jukka Hallikainen</w:t>
      </w:r>
    </w:p>
    <w:p>
      <w:r>
        <w:t>Naiskuoro Pioni juhlii 20-vuotistaivaltaan viihteellisen joulukonsertin</w:t>
        <w:br/>
        <w:br/>
      </w:r>
    </w:p>
    <w:p>
      <w:r>
        <w:t xml:space="preserve">Liput ennakkoon Tarjan Muotipuodista tai kuorolaisilta 18 e/hlö ja ovelta 20 e. </w:t>
        <w:br/>
        <w:t xml:space="preserve">Lapset 7-12 v. 10 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