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Entinen Askeleen kenkätehdas, 4 krs. Pyhävedentie 20, Mäntyharju</w:t>
      </w:r>
    </w:p>
    <w:p>
      <w:r>
        <w:t>4.12.2024 keskiviikko</w:t>
      </w:r>
    </w:p>
    <w:p>
      <w:pPr>
        <w:pStyle w:val="Heading1"/>
      </w:pPr>
      <w:r>
        <w:t>4.12.2024 keskiviikko</w:t>
      </w:r>
    </w:p>
    <w:p>
      <w:pPr>
        <w:pStyle w:val="Heading2"/>
      </w:pPr>
      <w:r>
        <w:t>10:00-16:00 Avoimet ovet Mäntyharjun 4H:lla</w:t>
      </w:r>
    </w:p>
    <w:p>
      <w:r>
        <w:t>Tervetuloa tutustumaan 4H-tiloihin Askeleelle ke 4.12.2024</w:t>
      </w:r>
    </w:p>
    <w:p>
      <w:r>
        <w:t xml:space="preserve">Maksuton.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