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Leijonakota, Teletie, Mäntyharju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12:30-14:30 Hyvän Mielen Nuotiohetki Leijonakodalla</w:t>
      </w:r>
    </w:p>
    <w:p>
      <w:r>
        <w:t xml:space="preserve">Tarkempi ohjelma tarkentuu piakkoin. </w:t>
        <w:br/>
        <w:br/>
        <w:br/>
        <w:br/>
        <w:t>Nokipannukahvia ja tikkupullia ainakin luvassa :)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