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30.11.2024 lauantai</w:t>
      </w:r>
    </w:p>
    <w:p>
      <w:pPr>
        <w:pStyle w:val="Heading1"/>
      </w:pPr>
      <w:r>
        <w:t>30.11.2024 lauantai</w:t>
      </w:r>
    </w:p>
    <w:p>
      <w:pPr>
        <w:pStyle w:val="Heading2"/>
      </w:pPr>
      <w:r>
        <w:t>18:00-19:00 Savolaisen Osakunnan Laulajat: Seimi-joulukonsertti</w:t>
      </w:r>
    </w:p>
    <w:p>
      <w:r>
        <w:t>Savolaisen Osakunnan Laulajien (SOL) Seimi-joulukonsertissa soi rakastettuja, perinteisiä suomalaisia joululauluja.</w:t>
      </w:r>
    </w:p>
    <w:p>
      <w:r>
        <w:t>Vapaa pääsy, käsiohjelma 10€, kannatushinta 30€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