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18:00-20:00 Avoimet ovet Salmelan taiteilijaresidenssissä</w:t>
      </w:r>
    </w:p>
    <w:p>
      <w:r>
        <w:t>Tule tutustumaan Taidekeskus Salmelan syyskauden residenssitaiteilijoiden työskentelyyn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