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 Urheilutie1 Mäntyharju</w:t>
      </w:r>
    </w:p>
    <w:p>
      <w:r>
        <w:t>15.12.2024 sunnuntai</w:t>
      </w:r>
    </w:p>
    <w:p>
      <w:pPr>
        <w:pStyle w:val="Heading1"/>
      </w:pPr>
      <w:r>
        <w:t>15.12.2024 sunnuntai</w:t>
      </w:r>
    </w:p>
    <w:p>
      <w:pPr>
        <w:pStyle w:val="Heading2"/>
      </w:pPr>
      <w:r>
        <w:t>15:00-18:00 Lentopallon 1-sarja: Puma Volley - Joen Juju</w:t>
      </w:r>
    </w:p>
    <w:p>
      <w:r>
        <w:t>Lentopallon  naisten 1-sarja vierailee Mäntyharjussa sunnuntaina 15.12.</w:t>
      </w:r>
    </w:p>
    <w:p>
      <w:r>
        <w:t>Liput ovelta 10e/5e, perhelippu 25e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