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09:30-20:00 My Moves -tanssikilpailu</w:t>
      </w:r>
    </w:p>
    <w:p>
      <w:r>
        <w:t xml:space="preserve">Tervetuloa nauttimaan upeista tanssielämyksistä My Moves -tanssikilpailun yleisöön lauantaina 7.12.2024! </w:t>
        <w:br/>
        <w:br/>
        <w:br/>
        <w:br/>
      </w:r>
    </w:p>
    <w:p>
      <w:r>
        <w:br/>
        <w:t>Liput myydään ainoastaan ovelta - aikuiset 10€, 7-16 v. 5€, alle 7 v. 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