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17:30-18:15 Jumppa Koirakivi (maanantaisin klo 17.30-18.15) 28.4. saakka</w:t>
      </w:r>
    </w:p>
    <w:p>
      <w:r>
        <w:t xml:space="preserve">Kaikille sopiva, maksuton kuntojumppa.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