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Yhtenäiskoulu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15:00-19:00 Ompelulanit</w:t>
      </w:r>
    </w:p>
    <w:p>
      <w:r>
        <w:t xml:space="preserve">Kokoonnutaan yhteen ompelemaan koulun käsityöluokkaan. Voit tuoda oman koneen/saumurin.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