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10, Mäntyharju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18:00-20:00 Simeoni Julkunen maksuttomalla keikalla Makasiinilla!</w:t>
      </w:r>
    </w:p>
    <w:p>
      <w:r>
        <w:t xml:space="preserve">Simeoni Julkunen on mikkeliläinen laulaja/lauluntekijä, joka on tullut koko kansalle tutuksi The Voice of Finland -kilpailusta.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