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10, Mäntyharju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10:00-14:00 Mäntyharjun kesän avajaiset ja Marttojen kässäkahvila</w:t>
      </w:r>
    </w:p>
    <w:p>
      <w:r>
        <w:t>Mäntyharjun kesän avajaisviikolla Mäntyharjun Marttojen kässäkahvila Makasiinin Puoti &amp; Kahvilassa.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