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10, Mäntyharju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18:00-22:00 Disco Makasiinilla by DJ Tomekki (vapaa pääsy)</w:t>
      </w:r>
    </w:p>
    <w:p>
      <w:r>
        <w:t xml:space="preserve">Tunnelmallisella Makasiinilla disco-ilta DJ Tomekin tahtiin.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