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Mediapaja, Mäntyharjun kirjasto, Lääkärinkuja 2</w:t>
      </w:r>
    </w:p>
    <w:p>
      <w:r>
        <w:t>22.4.2025 tiistai</w:t>
      </w:r>
    </w:p>
    <w:p>
      <w:pPr>
        <w:pStyle w:val="Heading1"/>
      </w:pPr>
      <w:r>
        <w:t>22.4.2025 tiistai</w:t>
      </w:r>
    </w:p>
    <w:p>
      <w:pPr>
        <w:pStyle w:val="Heading2"/>
      </w:pPr>
      <w:r>
        <w:t>14:30-15:45 Soitinkonsertti ja soitinpolku</w:t>
      </w:r>
    </w:p>
    <w:p>
      <w:r>
        <w:t xml:space="preserve">Tervetuloa kuuntelemaan konserttia ja kokeilemaan soittimia.  </w:t>
        <w:br/>
        <w:br/>
        <w:br/>
        <w:br/>
        <w:br/>
        <w:br/>
        <w:br/>
        <w:br/>
      </w:r>
    </w:p>
    <w:p>
      <w:r>
        <w:t>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