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Pertunmaan nuorisotalo</w:t>
      </w:r>
    </w:p>
    <w:p>
      <w:r>
        <w:t>24.5.2025 lauantai</w:t>
      </w:r>
    </w:p>
    <w:p>
      <w:pPr>
        <w:pStyle w:val="Heading1"/>
      </w:pPr>
      <w:r>
        <w:t>24.5.2025 lauantai</w:t>
      </w:r>
    </w:p>
    <w:p>
      <w:pPr>
        <w:pStyle w:val="Heading2"/>
      </w:pPr>
      <w:r>
        <w:t>14:00-16:00 Ihanat ikivihreät konsertti</w:t>
      </w:r>
    </w:p>
    <w:p>
      <w:r>
        <w:t>Lauluyhtye Nooni Mäntyharjun Laulu-Sepot</w:t>
        <w:br/>
        <w:br/>
        <w:t>Ihanat ikivihreät konsertti</w:t>
        <w:br/>
        <w:br/>
      </w:r>
    </w:p>
    <w:p>
      <w:r>
        <w:t>20 euroa / alle 18v. ilmaiseksi</w:t>
        <w:br/>
        <w:t>(myös pankkikortti käy)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