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18:00-18:00 Marja Kauppi-Kontro maksuton konsertti Makasiinilla (elokuvasävellyksiä ja jazzia)</w:t>
      </w:r>
    </w:p>
    <w:p>
      <w:r>
        <w:t>Makasiinilla keikalla upeaääninen Marja Kauppi-Kontro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