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13:00-16:00 🎵 Kaikille avoimet ja maksuttomat iltapäivätanssit - musiikista vastaa Arto Kivekäs</w:t>
      </w:r>
    </w:p>
    <w:p>
      <w:r>
        <w:t>Kaikille avoimet ja maksuttomat iltapäivätanssit Kisalan Volttisalissa klo 13-16. Kahvio palvelee. Tervetuloa. Tehdään yhdessä!</w:t>
        <w:br/>
        <w:br/>
        <w:t>Musiikista vastaa Arto Kivekäs.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