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18:00-19:00 Helmikuun Helmiä</w:t>
      </w:r>
    </w:p>
    <w:p>
      <w:r>
        <w:t>Mikkelin musiikkiopiston Mäntyharjun toimipisteen 45v. juhlakonsertti.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