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16:00-20:00 🔥 Lentopallon Mestaruusliiga - LP Kangasala vs. JymyVolley🔥</w:t>
      </w:r>
    </w:p>
    <w:p>
      <w:r>
        <w:t>Lentopallon Mestaruusliigan ottelussa LP Kangasala kohtaa JymyVolleyn 8.2.2025 klo 17.00 Kisalan Mäntyareenalla.</w:t>
        <w:br/>
        <w:br/>
      </w:r>
    </w:p>
    <w:p>
      <w:r>
        <w:t>Peruslippu 18 €. Alennusryhmät 10/15 €. Alle 12-vuotiaat ilmainen sisäänpääsy.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