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17:00-21:00 🎵Mäntyharjun Nuorisoseurantalon SUNNUNTAITANSSIT: Heikki Koskelo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