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Reissuravintola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17:00-19:00 Mäntyharjun aurinkopuistohankkeen esittelytilaisuus</w:t>
      </w:r>
    </w:p>
    <w:p>
      <w:r>
        <w:t>Kotimainen Solarigo Systems Oy suunnittelee teollista aurinkopuistoa Mäntyharjulle.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