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18:00-20:00 Toimijaverkoston tapaaminen</w:t>
      </w:r>
    </w:p>
    <w:p>
      <w:r>
        <w:t>Lämpimästi tervetuloa toimijaverkostomme* seuraavaan tapaamiseen keskiviikkona 5.3.2025 klo 18-20 Mäntyharjun Kulttuurisaliin (Kompantie 22) 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