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Jokitupa, Virastokuja 1, 19430 Pertunmaa / TEAMS</w:t>
      </w:r>
    </w:p>
    <w:p>
      <w:r>
        <w:t>19.2.2025 keskiviikko</w:t>
      </w:r>
    </w:p>
    <w:p>
      <w:pPr>
        <w:pStyle w:val="Heading1"/>
      </w:pPr>
      <w:r>
        <w:t>19.2.2025 keskiviikko</w:t>
      </w:r>
    </w:p>
    <w:p>
      <w:pPr>
        <w:pStyle w:val="Heading2"/>
      </w:pPr>
      <w:r>
        <w:t>17:00-19:00 Asuttavuus -työpaja</w:t>
      </w:r>
    </w:p>
    <w:p>
      <w:r>
        <w:t xml:space="preserve">Asuttava Päijät-Häme -hankkeen toinen työpaja otsikolla \\\"Ekosysteemit\\\", työpajat vetää projektikoordinaattori Lotta Mallinen Päijänne-Leaderistä.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