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22.2.2025 lauantai</w:t>
      </w:r>
    </w:p>
    <w:p>
      <w:pPr>
        <w:pStyle w:val="Heading1"/>
      </w:pPr>
      <w:r>
        <w:t>22.2.2025-23.2.2025</w:t>
      </w:r>
    </w:p>
    <w:p>
      <w:pPr>
        <w:pStyle w:val="Heading2"/>
      </w:pPr>
      <w:r>
        <w:t>20:00-01:00 Villasukkatanssit</w:t>
      </w:r>
    </w:p>
    <w:p>
      <w:r>
        <w:t>Kaiken kansan Villasukkatanssit Mäntyharjun Kisalassa 🧦</w:t>
        <w:br/>
        <w:br/>
      </w:r>
    </w:p>
    <w:p>
      <w:r>
        <w:t>Liput ovelta 20 € ja ennakkoon 18 €.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