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13:00-14:00 Yhteislaulua kuortin kylätalolla</w:t>
      </w:r>
    </w:p>
    <w:p>
      <w:r>
        <w:t>Vapaa kaikille,yhteislaulua haitarin säestyksellä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