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Kisala Mäntyharju</w:t>
      </w:r>
    </w:p>
    <w:p>
      <w:r>
        <w:t>8.2.2025 lauantai</w:t>
      </w:r>
    </w:p>
    <w:p>
      <w:pPr>
        <w:pStyle w:val="Heading1"/>
      </w:pPr>
      <w:r>
        <w:t>8.2.2025 lauantai</w:t>
      </w:r>
    </w:p>
    <w:p>
      <w:pPr>
        <w:pStyle w:val="Heading2"/>
      </w:pPr>
      <w:r>
        <w:t>09:30-14:00 Lentopallo D-tyttöjen turnaus</w:t>
      </w:r>
    </w:p>
    <w:p>
      <w:r>
        <w:t xml:space="preserve">2012-2013 -syntyneiden kahden poolin lentopalloturnaus, tervetuloa virittäytymään lentopallon tunnelmaan heti aamusta!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