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10:00-12:00 Sisätori</w:t>
      </w:r>
    </w:p>
    <w:p>
      <w:r>
        <w:t>Tule ostamaan ja myymään kuukauden viimeisenä lauantaina klo 10-12 Pertunmaa-talolla.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