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Internet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17:30-19:00 Omakotiliiton webinaari - Uuden rakentamislain tuomat muutokset</w:t>
      </w:r>
    </w:p>
    <w:p>
      <w:r>
        <w:t>Omakotiliiton webinaari - Uuden rakentamislain tuomat muutokset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