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12:00-15:00 Kuortin talvirieha</w:t>
      </w:r>
    </w:p>
    <w:p>
      <w:r>
        <w:t>Leikitään, pelataan ja nautitaan ulkoilmasta sekä iloisesta tunnelmasta!🤩☀️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