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 kunnantalo, Asematie 3, 52700 Mäntyharju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09:00-15:00 Käytettyjen rakennustarvikkeiden ja kalusteiden pop up-tyhjennysmyynti</w:t>
      </w:r>
    </w:p>
    <w:p>
      <w:r>
        <w:t>Mäntyharjun kunta myy suljetulla Mäntyharjun kunnantalolla yrityksille sekä yksityisille kuluttajille hyväkuntoisia rakennus- ja sisustusmateriaaleja.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