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melontakeskus, asematie 10 Mäntyharju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11:00-15:00 Laiturikauden avajaiset</w:t>
      </w:r>
    </w:p>
    <w:p>
      <w:r>
        <w:t xml:space="preserve">Tule tutustustumaan Savorakin ja LipLapin laitureihin.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