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Entinen Askeleen kenkätehdas, 4 krs. Pyhävedentie 20, Mäntyharju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14:30-17:30 Tule virkkaamaan isoäidin neliöitä - kädentaitopaja</w:t>
      </w:r>
    </w:p>
    <w:p>
      <w:r>
        <w:t xml:space="preserve">Tule mukaan popup-kädentaitopajaan virkkaamaan isoäidinneliöitä! 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