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14:00-16:00 Ihanat Ikivihreät 2 - konsertti</w:t>
      </w:r>
    </w:p>
    <w:p>
      <w:r>
        <w:t xml:space="preserve">Tuttuja ikivihreitä kappaleita uusina Mervi Multamäen sovituksina ja kahden kuoron yhdessä ja erikseen esitettyinä. </w:t>
      </w:r>
    </w:p>
    <w:p>
      <w:r>
        <w:t xml:space="preserve">20 €/alle 18 v ilmaiseksi. Pankkikortti tai käteinen. Koululaisten puffetti erikseen.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