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yhtenäiskoulu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15:00-19:00 Vanhempainyhdistyksen disco</w:t>
      </w:r>
    </w:p>
    <w:p>
      <w:r>
        <w:t>Mäntyharjun Yhtenäiskoulun Vanhempainyhdistys järjestämä lasten disco lauantaina 8.3.2025 klo 15.</w:t>
      </w:r>
    </w:p>
    <w:p>
      <w:r>
        <w:t>Sisäänpääsymaksu 2€/lapsi, aikuinen oman lapsensa kanssa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